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AEBA" w14:textId="65AE97FA" w:rsidR="00D17C27" w:rsidRPr="002D4A49" w:rsidRDefault="00000000">
      <w:pPr>
        <w:spacing w:after="40"/>
        <w:rPr>
          <w:lang w:val="pt-BR"/>
        </w:rPr>
      </w:pPr>
      <w:r w:rsidRPr="002D4A49">
        <w:rPr>
          <w:b/>
          <w:sz w:val="24"/>
          <w:lang w:val="pt-BR"/>
        </w:rPr>
        <w:t>IDEAL CITRUS DO BRASIL LTDA</w:t>
      </w:r>
    </w:p>
    <w:p w14:paraId="117FD7BC" w14:textId="77777777" w:rsidR="00D17C27" w:rsidRPr="002D4A49" w:rsidRDefault="00000000">
      <w:pPr>
        <w:spacing w:after="0"/>
        <w:rPr>
          <w:lang w:val="pt-BR"/>
        </w:rPr>
      </w:pPr>
      <w:r w:rsidRPr="002D4A49">
        <w:rPr>
          <w:sz w:val="17"/>
          <w:lang w:val="pt-BR"/>
        </w:rPr>
        <w:t>CNPJ 57.279.156/0001-70  |  Inscrição Estadual 0240587774</w:t>
      </w:r>
    </w:p>
    <w:p w14:paraId="708409AF" w14:textId="77777777" w:rsidR="00D17C27" w:rsidRPr="002D4A49" w:rsidRDefault="00000000">
      <w:pPr>
        <w:pStyle w:val="Ttulo"/>
        <w:rPr>
          <w:lang w:val="pt-BR"/>
        </w:rPr>
      </w:pPr>
      <w:r w:rsidRPr="002D4A49">
        <w:rPr>
          <w:lang w:val="pt-BR"/>
        </w:rPr>
        <w:t>Formulário de ocorrência</w:t>
      </w:r>
    </w:p>
    <w:p w14:paraId="1474615F" w14:textId="77777777" w:rsidR="00D17C27" w:rsidRPr="002D4A49" w:rsidRDefault="00000000">
      <w:pPr>
        <w:pStyle w:val="Subttulo"/>
        <w:rPr>
          <w:lang w:val="pt-BR"/>
        </w:rPr>
      </w:pPr>
      <w:r w:rsidRPr="002D4A49">
        <w:rPr>
          <w:lang w:val="pt-BR"/>
        </w:rPr>
        <w:t>Solicitação de troca ou devolução</w:t>
      </w:r>
    </w:p>
    <w:p w14:paraId="4FC82CD6" w14:textId="77777777" w:rsidR="00D17C27" w:rsidRPr="002D4A49" w:rsidRDefault="00000000">
      <w:pPr>
        <w:spacing w:after="40"/>
        <w:rPr>
          <w:lang w:val="pt-BR"/>
        </w:rPr>
      </w:pPr>
      <w:r w:rsidRPr="002D4A49">
        <w:rPr>
          <w:sz w:val="17"/>
          <w:lang w:val="pt-BR"/>
        </w:rPr>
        <w:t>Rua Gildo de Freitas, 792 - Olaria - Canoas/RS - CEP 92035-190</w:t>
      </w:r>
    </w:p>
    <w:p w14:paraId="4D6CF7D7" w14:textId="77777777" w:rsidR="00D17C27" w:rsidRPr="002D4A49" w:rsidRDefault="00000000">
      <w:pPr>
        <w:spacing w:after="120"/>
        <w:rPr>
          <w:lang w:val="pt-BR"/>
        </w:rPr>
      </w:pPr>
      <w:r w:rsidRPr="002D4A49">
        <w:rPr>
          <w:sz w:val="17"/>
          <w:lang w:val="pt-BR"/>
        </w:rPr>
        <w:t>contato@idealcitrus.com.br  |  (51) 99580-8888  |  (51) 99282-0405  |  www.idealcitrus.com.br</w:t>
      </w:r>
    </w:p>
    <w:p w14:paraId="686CD4BC" w14:textId="77777777" w:rsidR="00D17C27" w:rsidRPr="002D4A49" w:rsidRDefault="00000000">
      <w:pPr>
        <w:spacing w:after="0"/>
        <w:rPr>
          <w:lang w:val="pt-BR"/>
        </w:rPr>
      </w:pPr>
      <w:r w:rsidRPr="002D4A49">
        <w:rPr>
          <w:sz w:val="18"/>
          <w:lang w:val="pt-BR"/>
        </w:rPr>
        <w:t>Preencha e envie com os registros disponíveis. Aguarde a autorização antes de embarcar o material.</w:t>
      </w:r>
    </w:p>
    <w:p w14:paraId="322A2423" w14:textId="77777777" w:rsidR="00D17C27" w:rsidRPr="002D4A49" w:rsidRDefault="00000000">
      <w:pPr>
        <w:pStyle w:val="Ttulo1"/>
        <w:rPr>
          <w:lang w:val="pt-BR"/>
        </w:rPr>
      </w:pPr>
      <w:r w:rsidRPr="002D4A49">
        <w:rPr>
          <w:lang w:val="pt-BR"/>
        </w:rPr>
        <w:t>Identificação do cliente</w:t>
      </w:r>
    </w:p>
    <w:p w14:paraId="15B92583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Razão social </w:t>
      </w:r>
      <w:sdt>
        <w:sdtPr>
          <w:rPr>
            <w:lang w:val="pt-BR"/>
          </w:rPr>
          <w:alias w:val="Razão social"/>
          <w:tag w:val="campo_1"/>
          <w:id w:val="123401"/>
          <w:text/>
        </w:sdtPr>
        <w:sdtContent>
          <w:r w:rsidRPr="002D4A49">
            <w:rPr>
              <w:lang w:val="pt-BR"/>
            </w:rPr>
            <w:t>_______________________________________________________________</w:t>
          </w:r>
        </w:sdtContent>
      </w:sdt>
    </w:p>
    <w:p w14:paraId="7AE0E169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CNPJ </w:t>
      </w:r>
      <w:sdt>
        <w:sdtPr>
          <w:rPr>
            <w:lang w:val="pt-BR"/>
          </w:rPr>
          <w:alias w:val="CNPJ"/>
          <w:tag w:val="campo_2"/>
          <w:id w:val="123402"/>
          <w:text/>
        </w:sdtPr>
        <w:sdtContent>
          <w:r w:rsidRPr="002D4A49">
            <w:rPr>
              <w:lang w:val="pt-BR"/>
            </w:rPr>
            <w:t>____________________________</w:t>
          </w:r>
        </w:sdtContent>
      </w:sdt>
      <w:r w:rsidRPr="002D4A49">
        <w:rPr>
          <w:lang w:val="pt-BR"/>
        </w:rPr>
        <w:t xml:space="preserve">    Responsável pelo contato </w:t>
      </w:r>
      <w:sdt>
        <w:sdtPr>
          <w:rPr>
            <w:lang w:val="pt-BR"/>
          </w:rPr>
          <w:alias w:val="Responsável pelo contato"/>
          <w:tag w:val="campo_3"/>
          <w:id w:val="123403"/>
          <w:text/>
        </w:sdtPr>
        <w:sdtContent>
          <w:r w:rsidRPr="002D4A49">
            <w:rPr>
              <w:lang w:val="pt-BR"/>
            </w:rPr>
            <w:t>_________________________________</w:t>
          </w:r>
        </w:sdtContent>
      </w:sdt>
    </w:p>
    <w:p w14:paraId="20347CA5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E-mail </w:t>
      </w:r>
      <w:sdt>
        <w:sdtPr>
          <w:rPr>
            <w:lang w:val="pt-BR"/>
          </w:rPr>
          <w:alias w:val="E-mail"/>
          <w:tag w:val="campo_4"/>
          <w:id w:val="123404"/>
          <w:text/>
        </w:sdtPr>
        <w:sdtContent>
          <w:r w:rsidRPr="002D4A49">
            <w:rPr>
              <w:lang w:val="pt-BR"/>
            </w:rPr>
            <w:t>______________________________________________</w:t>
          </w:r>
        </w:sdtContent>
      </w:sdt>
      <w:r w:rsidRPr="002D4A49">
        <w:rPr>
          <w:lang w:val="pt-BR"/>
        </w:rPr>
        <w:t xml:space="preserve">    Telefone </w:t>
      </w:r>
      <w:sdt>
        <w:sdtPr>
          <w:rPr>
            <w:lang w:val="pt-BR"/>
          </w:rPr>
          <w:alias w:val="Telefone"/>
          <w:tag w:val="campo_5"/>
          <w:id w:val="123405"/>
          <w:text/>
        </w:sdtPr>
        <w:sdtContent>
          <w:r w:rsidRPr="002D4A49">
            <w:rPr>
              <w:lang w:val="pt-BR"/>
            </w:rPr>
            <w:t>___________________________</w:t>
          </w:r>
        </w:sdtContent>
      </w:sdt>
    </w:p>
    <w:p w14:paraId="189E9764" w14:textId="77777777" w:rsidR="00D17C27" w:rsidRPr="002D4A49" w:rsidRDefault="00000000">
      <w:pPr>
        <w:pStyle w:val="Ttulo1"/>
        <w:rPr>
          <w:lang w:val="pt-BR"/>
        </w:rPr>
      </w:pPr>
      <w:r w:rsidRPr="002D4A49">
        <w:rPr>
          <w:lang w:val="pt-BR"/>
        </w:rPr>
        <w:t>Identificação da mercadoria</w:t>
      </w:r>
    </w:p>
    <w:p w14:paraId="17229BD1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Produto </w:t>
      </w:r>
      <w:sdt>
        <w:sdtPr>
          <w:rPr>
            <w:lang w:val="pt-BR"/>
          </w:rPr>
          <w:alias w:val="Produto"/>
          <w:tag w:val="campo_6"/>
          <w:id w:val="123406"/>
          <w:text/>
        </w:sdtPr>
        <w:sdtContent>
          <w:r w:rsidRPr="002D4A49">
            <w:rPr>
              <w:lang w:val="pt-BR"/>
            </w:rPr>
            <w:t>___________________________________________</w:t>
          </w:r>
        </w:sdtContent>
      </w:sdt>
      <w:r w:rsidRPr="002D4A49">
        <w:rPr>
          <w:lang w:val="pt-BR"/>
        </w:rPr>
        <w:t xml:space="preserve">    Lote </w:t>
      </w:r>
      <w:sdt>
        <w:sdtPr>
          <w:rPr>
            <w:lang w:val="pt-BR"/>
          </w:rPr>
          <w:alias w:val="Lote"/>
          <w:tag w:val="campo_7"/>
          <w:id w:val="123407"/>
          <w:text/>
        </w:sdtPr>
        <w:sdtContent>
          <w:r w:rsidRPr="002D4A49">
            <w:rPr>
              <w:lang w:val="pt-BR"/>
            </w:rPr>
            <w:t>______________</w:t>
          </w:r>
        </w:sdtContent>
      </w:sdt>
      <w:r w:rsidRPr="002D4A49">
        <w:rPr>
          <w:lang w:val="pt-BR"/>
        </w:rPr>
        <w:t xml:space="preserve">    Validade </w:t>
      </w:r>
      <w:sdt>
        <w:sdtPr>
          <w:rPr>
            <w:lang w:val="pt-BR"/>
          </w:rPr>
          <w:alias w:val="Validade"/>
          <w:tag w:val="campo_8"/>
          <w:id w:val="123408"/>
          <w:text/>
        </w:sdtPr>
        <w:sdtContent>
          <w:r w:rsidRPr="002D4A49">
            <w:rPr>
              <w:lang w:val="pt-BR"/>
            </w:rPr>
            <w:t>____________</w:t>
          </w:r>
        </w:sdtContent>
      </w:sdt>
    </w:p>
    <w:p w14:paraId="25C05527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NF de compra </w:t>
      </w:r>
      <w:sdt>
        <w:sdtPr>
          <w:rPr>
            <w:lang w:val="pt-BR"/>
          </w:rPr>
          <w:alias w:val="NF de compra"/>
          <w:tag w:val="campo_9"/>
          <w:id w:val="123409"/>
          <w:text/>
        </w:sdtPr>
        <w:sdtContent>
          <w:r w:rsidRPr="002D4A49">
            <w:rPr>
              <w:lang w:val="pt-BR"/>
            </w:rPr>
            <w:t>______________________</w:t>
          </w:r>
        </w:sdtContent>
      </w:sdt>
      <w:r w:rsidRPr="002D4A49">
        <w:rPr>
          <w:lang w:val="pt-BR"/>
        </w:rPr>
        <w:t xml:space="preserve">    Pedido </w:t>
      </w:r>
      <w:sdt>
        <w:sdtPr>
          <w:rPr>
            <w:lang w:val="pt-BR"/>
          </w:rPr>
          <w:alias w:val="Pedido"/>
          <w:tag w:val="campo_10"/>
          <w:id w:val="123410"/>
          <w:text/>
        </w:sdtPr>
        <w:sdtContent>
          <w:r w:rsidRPr="002D4A49">
            <w:rPr>
              <w:lang w:val="pt-BR"/>
            </w:rPr>
            <w:t>__________________________</w:t>
          </w:r>
        </w:sdtContent>
      </w:sdt>
      <w:r w:rsidRPr="002D4A49">
        <w:rPr>
          <w:lang w:val="pt-BR"/>
        </w:rPr>
        <w:t xml:space="preserve">    Unidade da NF </w:t>
      </w:r>
      <w:sdt>
        <w:sdtPr>
          <w:rPr>
            <w:lang w:val="pt-BR"/>
          </w:rPr>
          <w:alias w:val="Unidade da NF"/>
          <w:tag w:val="campo_11"/>
          <w:id w:val="123411"/>
          <w:text/>
        </w:sdtPr>
        <w:sdtContent>
          <w:r w:rsidRPr="002D4A49">
            <w:rPr>
              <w:lang w:val="pt-BR"/>
            </w:rPr>
            <w:t>____________</w:t>
          </w:r>
        </w:sdtContent>
      </w:sdt>
    </w:p>
    <w:p w14:paraId="5E8F83CC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Data de recebimento </w:t>
      </w:r>
      <w:sdt>
        <w:sdtPr>
          <w:rPr>
            <w:lang w:val="pt-BR"/>
          </w:rPr>
          <w:alias w:val="Data de recebimento"/>
          <w:tag w:val="campo_12"/>
          <w:id w:val="123412"/>
          <w:text/>
        </w:sdtPr>
        <w:sdtContent>
          <w:r w:rsidRPr="002D4A49">
            <w:rPr>
              <w:lang w:val="pt-BR"/>
            </w:rPr>
            <w:t>_____________________</w:t>
          </w:r>
        </w:sdtContent>
      </w:sdt>
      <w:r w:rsidRPr="002D4A49">
        <w:rPr>
          <w:lang w:val="pt-BR"/>
        </w:rPr>
        <w:t xml:space="preserve">    Data de identificação do problema </w:t>
      </w:r>
      <w:sdt>
        <w:sdtPr>
          <w:rPr>
            <w:lang w:val="pt-BR"/>
          </w:rPr>
          <w:alias w:val="Data de identificação do problema"/>
          <w:tag w:val="campo_13"/>
          <w:id w:val="123413"/>
          <w:text/>
        </w:sdtPr>
        <w:sdtContent>
          <w:r w:rsidRPr="002D4A49">
            <w:rPr>
              <w:lang w:val="pt-BR"/>
            </w:rPr>
            <w:t>________________________</w:t>
          </w:r>
        </w:sdtContent>
      </w:sdt>
    </w:p>
    <w:p w14:paraId="42BFFFA7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Quantidade recebida </w:t>
      </w:r>
      <w:sdt>
        <w:sdtPr>
          <w:rPr>
            <w:lang w:val="pt-BR"/>
          </w:rPr>
          <w:alias w:val="Quantidade recebida"/>
          <w:tag w:val="campo_14"/>
          <w:id w:val="123414"/>
          <w:text/>
        </w:sdtPr>
        <w:sdtContent>
          <w:r w:rsidRPr="002D4A49">
            <w:rPr>
              <w:lang w:val="pt-BR"/>
            </w:rPr>
            <w:t>_________________</w:t>
          </w:r>
        </w:sdtContent>
      </w:sdt>
      <w:r w:rsidRPr="002D4A49">
        <w:rPr>
          <w:lang w:val="pt-BR"/>
        </w:rPr>
        <w:t xml:space="preserve">    Quantidade afetada </w:t>
      </w:r>
      <w:sdt>
        <w:sdtPr>
          <w:rPr>
            <w:lang w:val="pt-BR"/>
          </w:rPr>
          <w:alias w:val="Quantidade afetada"/>
          <w:tag w:val="campo_15"/>
          <w:id w:val="123415"/>
          <w:text/>
        </w:sdtPr>
        <w:sdtContent>
          <w:r w:rsidRPr="002D4A49">
            <w:rPr>
              <w:lang w:val="pt-BR"/>
            </w:rPr>
            <w:t>_________________</w:t>
          </w:r>
        </w:sdtContent>
      </w:sdt>
      <w:r w:rsidRPr="002D4A49">
        <w:rPr>
          <w:lang w:val="pt-BR"/>
        </w:rPr>
        <w:t xml:space="preserve">    Perda estimada </w:t>
      </w:r>
      <w:sdt>
        <w:sdtPr>
          <w:rPr>
            <w:lang w:val="pt-BR"/>
          </w:rPr>
          <w:alias w:val="Perda estimada"/>
          <w:tag w:val="campo_16"/>
          <w:id w:val="123416"/>
          <w:text/>
        </w:sdtPr>
        <w:sdtContent>
          <w:r w:rsidRPr="002D4A49">
            <w:rPr>
              <w:lang w:val="pt-BR"/>
            </w:rPr>
            <w:t>______________</w:t>
          </w:r>
        </w:sdtContent>
      </w:sdt>
    </w:p>
    <w:p w14:paraId="5ABF7BA3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Quantidade remanescente </w:t>
      </w:r>
      <w:sdt>
        <w:sdtPr>
          <w:rPr>
            <w:lang w:val="pt-BR"/>
          </w:rPr>
          <w:alias w:val="Quantidade remanescente"/>
          <w:tag w:val="campo_17"/>
          <w:id w:val="123417"/>
          <w:text/>
        </w:sdtPr>
        <w:sdtContent>
          <w:r w:rsidRPr="002D4A49">
            <w:rPr>
              <w:lang w:val="pt-BR"/>
            </w:rPr>
            <w:t>________________</w:t>
          </w:r>
        </w:sdtContent>
      </w:sdt>
      <w:r w:rsidRPr="002D4A49">
        <w:rPr>
          <w:lang w:val="pt-BR"/>
        </w:rPr>
        <w:t xml:space="preserve">    Volumes afetados </w:t>
      </w:r>
      <w:sdt>
        <w:sdtPr>
          <w:rPr>
            <w:lang w:val="pt-BR"/>
          </w:rPr>
          <w:alias w:val="Volumes afetados"/>
          <w:tag w:val="campo_18"/>
          <w:id w:val="123418"/>
          <w:text/>
        </w:sdtPr>
        <w:sdtContent>
          <w:r w:rsidRPr="002D4A49">
            <w:rPr>
              <w:lang w:val="pt-BR"/>
            </w:rPr>
            <w:t>_______________</w:t>
          </w:r>
        </w:sdtContent>
      </w:sdt>
      <w:r w:rsidRPr="002D4A49">
        <w:rPr>
          <w:lang w:val="pt-BR"/>
        </w:rPr>
        <w:t xml:space="preserve">    Embalagem </w:t>
      </w:r>
      <w:sdt>
        <w:sdtPr>
          <w:rPr>
            <w:lang w:val="pt-BR"/>
          </w:rPr>
          <w:alias w:val="Embalagem"/>
          <w:tag w:val="campo_19"/>
          <w:id w:val="123419"/>
          <w:text/>
        </w:sdtPr>
        <w:sdtContent>
          <w:r w:rsidRPr="002D4A49">
            <w:rPr>
              <w:lang w:val="pt-BR"/>
            </w:rPr>
            <w:t>___________________</w:t>
          </w:r>
        </w:sdtContent>
      </w:sdt>
    </w:p>
    <w:p w14:paraId="7EF71179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Transportadora </w:t>
      </w:r>
      <w:sdt>
        <w:sdtPr>
          <w:rPr>
            <w:lang w:val="pt-BR"/>
          </w:rPr>
          <w:alias w:val="Transportadora"/>
          <w:tag w:val="campo_20"/>
          <w:id w:val="123420"/>
          <w:text/>
        </w:sdtPr>
        <w:sdtContent>
          <w:r w:rsidRPr="002D4A49">
            <w:rPr>
              <w:lang w:val="pt-BR"/>
            </w:rPr>
            <w:t>_________________________________________</w:t>
          </w:r>
        </w:sdtContent>
      </w:sdt>
      <w:r w:rsidRPr="002D4A49">
        <w:rPr>
          <w:lang w:val="pt-BR"/>
        </w:rPr>
        <w:t xml:space="preserve">    Nº do comprovante </w:t>
      </w:r>
      <w:sdt>
        <w:sdtPr>
          <w:rPr>
            <w:lang w:val="pt-BR"/>
          </w:rPr>
          <w:alias w:val="Nº do comprovante"/>
          <w:tag w:val="campo_21"/>
          <w:id w:val="123421"/>
          <w:text/>
        </w:sdtPr>
        <w:sdtContent>
          <w:r w:rsidRPr="002D4A49">
            <w:rPr>
              <w:lang w:val="pt-BR"/>
            </w:rPr>
            <w:t>_______________________</w:t>
          </w:r>
        </w:sdtContent>
      </w:sdt>
    </w:p>
    <w:p w14:paraId="6766596C" w14:textId="77777777" w:rsidR="00D17C27" w:rsidRPr="002D4A49" w:rsidRDefault="00000000">
      <w:pPr>
        <w:pStyle w:val="Ttulo1"/>
        <w:rPr>
          <w:lang w:val="pt-BR"/>
        </w:rPr>
      </w:pPr>
      <w:r w:rsidRPr="002D4A49">
        <w:rPr>
          <w:lang w:val="pt-BR"/>
        </w:rPr>
        <w:t>Descrição da ocorrência</w:t>
      </w:r>
    </w:p>
    <w:p w14:paraId="5C8177D9" w14:textId="77777777" w:rsidR="00D17C27" w:rsidRPr="002D4A49" w:rsidRDefault="00000000">
      <w:pPr>
        <w:spacing w:after="100"/>
        <w:rPr>
          <w:lang w:val="pt-BR"/>
        </w:rPr>
      </w:pP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Lote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Embalagem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Vazamento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Quantidade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Produto divergente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Outro</w:t>
      </w:r>
    </w:p>
    <w:p w14:paraId="6DDFA415" w14:textId="77777777" w:rsidR="00D17C27" w:rsidRPr="002D4A49" w:rsidRDefault="00000000">
      <w:pPr>
        <w:spacing w:after="40"/>
        <w:rPr>
          <w:lang w:val="pt-BR"/>
        </w:rPr>
      </w:pPr>
      <w:r w:rsidRPr="002D4A49">
        <w:rPr>
          <w:sz w:val="18"/>
          <w:lang w:val="pt-BR"/>
        </w:rPr>
        <w:t>Descreva o problema, as condições de armazenamento e o uso realizado</w:t>
      </w:r>
    </w:p>
    <w:p w14:paraId="37A6BB2E" w14:textId="77777777" w:rsidR="00D17C27" w:rsidRPr="002D4A49" w:rsidRDefault="00000000">
      <w:pPr>
        <w:spacing w:after="100"/>
        <w:rPr>
          <w:lang w:val="pt-BR"/>
        </w:rPr>
      </w:pPr>
      <w:r w:rsidRPr="002D4A49">
        <w:rPr>
          <w:lang w:val="pt-BR"/>
        </w:rPr>
        <w:t>_________________________________________________________________________________________________________</w:t>
      </w:r>
    </w:p>
    <w:p w14:paraId="1267AFCD" w14:textId="77777777" w:rsidR="00D17C27" w:rsidRPr="002D4A49" w:rsidRDefault="00000000">
      <w:pPr>
        <w:spacing w:after="100"/>
        <w:rPr>
          <w:lang w:val="pt-BR"/>
        </w:rPr>
      </w:pPr>
      <w:r w:rsidRPr="002D4A49">
        <w:rPr>
          <w:lang w:val="pt-BR"/>
        </w:rPr>
        <w:t>_________________________________________________________________________________________________________</w:t>
      </w:r>
    </w:p>
    <w:p w14:paraId="2ED00804" w14:textId="77777777" w:rsidR="00D17C27" w:rsidRPr="002D4A49" w:rsidRDefault="00000000">
      <w:pPr>
        <w:spacing w:after="100"/>
        <w:rPr>
          <w:lang w:val="pt-BR"/>
        </w:rPr>
      </w:pPr>
      <w:r w:rsidRPr="002D4A49">
        <w:rPr>
          <w:lang w:val="pt-BR"/>
        </w:rPr>
        <w:t>_________________________________________________________________________________________________________</w:t>
      </w:r>
    </w:p>
    <w:p w14:paraId="7DD0524C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Há risco ou vazamento ativo? </w:t>
      </w:r>
      <w:sdt>
        <w:sdtPr>
          <w:rPr>
            <w:lang w:val="pt-BR"/>
          </w:rPr>
          <w:alias w:val="Há risco ou vazamento ativo?"/>
          <w:tag w:val="campo_22"/>
          <w:id w:val="123422"/>
          <w:text/>
        </w:sdtPr>
        <w:sdtContent>
          <w:r w:rsidRPr="002D4A49">
            <w:rPr>
              <w:lang w:val="pt-BR"/>
            </w:rPr>
            <w:t>______________________</w:t>
          </w:r>
        </w:sdtContent>
      </w:sdt>
      <w:r w:rsidRPr="002D4A49">
        <w:rPr>
          <w:lang w:val="pt-BR"/>
        </w:rPr>
        <w:t xml:space="preserve">    O uso foi interrompido? </w:t>
      </w:r>
      <w:sdt>
        <w:sdtPr>
          <w:rPr>
            <w:lang w:val="pt-BR"/>
          </w:rPr>
          <w:alias w:val="O uso foi interrompido?"/>
          <w:tag w:val="campo_23"/>
          <w:id w:val="123423"/>
          <w:text/>
        </w:sdtPr>
        <w:sdtContent>
          <w:r w:rsidRPr="002D4A49">
            <w:rPr>
              <w:lang w:val="pt-BR"/>
            </w:rPr>
            <w:t>____________________</w:t>
          </w:r>
        </w:sdtContent>
      </w:sdt>
    </w:p>
    <w:p w14:paraId="3BF22D70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Local onde o material está armazenado </w:t>
      </w:r>
      <w:sdt>
        <w:sdtPr>
          <w:rPr>
            <w:lang w:val="pt-BR"/>
          </w:rPr>
          <w:alias w:val="Local onde o material está armazenado"/>
          <w:tag w:val="campo_24"/>
          <w:id w:val="123424"/>
          <w:text/>
        </w:sdtPr>
        <w:sdtContent>
          <w:r w:rsidRPr="002D4A49">
            <w:rPr>
              <w:lang w:val="pt-BR"/>
            </w:rPr>
            <w:t>____________________________________________________________</w:t>
          </w:r>
        </w:sdtContent>
      </w:sdt>
    </w:p>
    <w:p w14:paraId="54C5F708" w14:textId="77777777" w:rsidR="00D17C27" w:rsidRPr="002D4A49" w:rsidRDefault="00000000">
      <w:pPr>
        <w:spacing w:after="100"/>
        <w:rPr>
          <w:lang w:val="pt-BR"/>
        </w:rPr>
      </w:pPr>
      <w:r w:rsidRPr="002D4A49">
        <w:rPr>
          <w:b/>
          <w:lang w:val="pt-BR"/>
        </w:rPr>
        <w:t xml:space="preserve">Registros enviados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Fotos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NF e XML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Ressalva de entrega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COA ou laudo   </w:t>
      </w:r>
      <w:r w:rsidRPr="002D4A49">
        <w:rPr>
          <w:rFonts w:ascii="DejaVu Sans" w:hAnsi="DejaVu Sans"/>
          <w:lang w:val="pt-BR"/>
        </w:rPr>
        <w:t>☐</w:t>
      </w:r>
      <w:r w:rsidRPr="002D4A49">
        <w:rPr>
          <w:lang w:val="pt-BR"/>
        </w:rPr>
        <w:t xml:space="preserve"> Outros</w:t>
      </w:r>
    </w:p>
    <w:p w14:paraId="49A2C379" w14:textId="77777777" w:rsidR="00D17C27" w:rsidRPr="002D4A49" w:rsidRDefault="00000000">
      <w:pPr>
        <w:pStyle w:val="Ttulo1"/>
        <w:rPr>
          <w:lang w:val="pt-BR"/>
        </w:rPr>
      </w:pPr>
      <w:r w:rsidRPr="002D4A49">
        <w:rPr>
          <w:lang w:val="pt-BR"/>
        </w:rPr>
        <w:t>Preenchimento pela Ideal Citrus</w:t>
      </w:r>
    </w:p>
    <w:p w14:paraId="0431E36F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Protocolo </w:t>
      </w:r>
      <w:sdt>
        <w:sdtPr>
          <w:rPr>
            <w:lang w:val="pt-BR"/>
          </w:rPr>
          <w:alias w:val="Protocolo"/>
          <w:tag w:val="campo_25"/>
          <w:id w:val="123425"/>
          <w:text/>
        </w:sdtPr>
        <w:sdtContent>
          <w:r w:rsidRPr="002D4A49">
            <w:rPr>
              <w:lang w:val="pt-BR"/>
            </w:rPr>
            <w:t>________________________</w:t>
          </w:r>
        </w:sdtContent>
      </w:sdt>
      <w:r w:rsidRPr="002D4A49">
        <w:rPr>
          <w:lang w:val="pt-BR"/>
        </w:rPr>
        <w:t xml:space="preserve">    Responsável pelo atendimento </w:t>
      </w:r>
      <w:sdt>
        <w:sdtPr>
          <w:rPr>
            <w:lang w:val="pt-BR"/>
          </w:rPr>
          <w:alias w:val="Responsável pelo atendimento"/>
          <w:tag w:val="campo_26"/>
          <w:id w:val="123426"/>
          <w:text/>
        </w:sdtPr>
        <w:sdtContent>
          <w:r w:rsidRPr="002D4A49">
            <w:rPr>
              <w:lang w:val="pt-BR"/>
            </w:rPr>
            <w:t>____________________________________</w:t>
          </w:r>
        </w:sdtContent>
      </w:sdt>
    </w:p>
    <w:p w14:paraId="08EED113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Decisão sobre a solicitação </w:t>
      </w:r>
      <w:sdt>
        <w:sdtPr>
          <w:rPr>
            <w:lang w:val="pt-BR"/>
          </w:rPr>
          <w:alias w:val="Decisão sobre a solicitação"/>
          <w:tag w:val="campo_27"/>
          <w:id w:val="123427"/>
          <w:text/>
        </w:sdtPr>
        <w:sdtContent>
          <w:r w:rsidRPr="002D4A49">
            <w:rPr>
              <w:lang w:val="pt-BR"/>
            </w:rPr>
            <w:t>____________________________</w:t>
          </w:r>
        </w:sdtContent>
      </w:sdt>
      <w:r w:rsidRPr="002D4A49">
        <w:rPr>
          <w:lang w:val="pt-BR"/>
        </w:rPr>
        <w:t xml:space="preserve">    Quantidade autorizada </w:t>
      </w:r>
      <w:sdt>
        <w:sdtPr>
          <w:rPr>
            <w:lang w:val="pt-BR"/>
          </w:rPr>
          <w:alias w:val="Quantidade autorizada"/>
          <w:tag w:val="campo_28"/>
          <w:id w:val="123428"/>
          <w:text/>
        </w:sdtPr>
        <w:sdtContent>
          <w:r w:rsidRPr="002D4A49">
            <w:rPr>
              <w:lang w:val="pt-BR"/>
            </w:rPr>
            <w:t>____________________</w:t>
          </w:r>
        </w:sdtContent>
      </w:sdt>
    </w:p>
    <w:p w14:paraId="4CD77EC6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Transportadora e unidade </w:t>
      </w:r>
      <w:sdt>
        <w:sdtPr>
          <w:rPr>
            <w:lang w:val="pt-BR"/>
          </w:rPr>
          <w:alias w:val="Transportadora e unidade"/>
          <w:tag w:val="campo_29"/>
          <w:id w:val="123429"/>
          <w:text/>
        </w:sdtPr>
        <w:sdtContent>
          <w:r w:rsidRPr="002D4A49">
            <w:rPr>
              <w:lang w:val="pt-BR"/>
            </w:rPr>
            <w:t>___________________________</w:t>
          </w:r>
        </w:sdtContent>
      </w:sdt>
      <w:r w:rsidRPr="002D4A49">
        <w:rPr>
          <w:lang w:val="pt-BR"/>
        </w:rPr>
        <w:t xml:space="preserve">    NF de devolução ou documento aplicável </w:t>
      </w:r>
      <w:sdt>
        <w:sdtPr>
          <w:rPr>
            <w:lang w:val="pt-BR"/>
          </w:rPr>
          <w:alias w:val="NF de devolução ou documento aplicável"/>
          <w:tag w:val="campo_30"/>
          <w:id w:val="123430"/>
          <w:text/>
        </w:sdtPr>
        <w:sdtContent>
          <w:r w:rsidRPr="002D4A49">
            <w:rPr>
              <w:lang w:val="pt-BR"/>
            </w:rPr>
            <w:t>________________</w:t>
          </w:r>
        </w:sdtContent>
      </w:sdt>
    </w:p>
    <w:p w14:paraId="0227469A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Endereço autorizado para retorno </w:t>
      </w:r>
      <w:sdt>
        <w:sdtPr>
          <w:rPr>
            <w:lang w:val="pt-BR"/>
          </w:rPr>
          <w:alias w:val="Endereço autorizado para retorno"/>
          <w:tag w:val="campo_31"/>
          <w:id w:val="123431"/>
          <w:text/>
        </w:sdtPr>
        <w:sdtContent>
          <w:r w:rsidRPr="002D4A49">
            <w:rPr>
              <w:lang w:val="pt-BR"/>
            </w:rPr>
            <w:t>__________________________________________________________________</w:t>
          </w:r>
        </w:sdtContent>
      </w:sdt>
    </w:p>
    <w:p w14:paraId="37CC3F2A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Fretes e eventuais exceções </w:t>
      </w:r>
      <w:sdt>
        <w:sdtPr>
          <w:rPr>
            <w:lang w:val="pt-BR"/>
          </w:rPr>
          <w:alias w:val="Fretes e eventuais exceções"/>
          <w:tag w:val="campo_32"/>
          <w:id w:val="123432"/>
          <w:text/>
        </w:sdtPr>
        <w:sdtContent>
          <w:r w:rsidRPr="002D4A49">
            <w:rPr>
              <w:lang w:val="pt-BR"/>
            </w:rPr>
            <w:t>________________________________________________________________________</w:t>
          </w:r>
        </w:sdtContent>
      </w:sdt>
    </w:p>
    <w:p w14:paraId="319FF119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Previsão de recebimento </w:t>
      </w:r>
      <w:sdt>
        <w:sdtPr>
          <w:rPr>
            <w:lang w:val="pt-BR"/>
          </w:rPr>
          <w:alias w:val="Previsão de recebimento"/>
          <w:tag w:val="campo_33"/>
          <w:id w:val="123433"/>
          <w:text/>
        </w:sdtPr>
        <w:sdtContent>
          <w:r w:rsidRPr="002D4A49">
            <w:rPr>
              <w:lang w:val="pt-BR"/>
            </w:rPr>
            <w:t>_______________________</w:t>
          </w:r>
        </w:sdtContent>
      </w:sdt>
      <w:r w:rsidRPr="002D4A49">
        <w:rPr>
          <w:lang w:val="pt-BR"/>
        </w:rPr>
        <w:t xml:space="preserve">    Previsão de reposição </w:t>
      </w:r>
      <w:sdt>
        <w:sdtPr>
          <w:rPr>
            <w:lang w:val="pt-BR"/>
          </w:rPr>
          <w:alias w:val="Previsão de reposição"/>
          <w:tag w:val="campo_34"/>
          <w:id w:val="123434"/>
          <w:text/>
        </w:sdtPr>
        <w:sdtContent>
          <w:r w:rsidRPr="002D4A49">
            <w:rPr>
              <w:lang w:val="pt-BR"/>
            </w:rPr>
            <w:t>________________________</w:t>
          </w:r>
        </w:sdtContent>
      </w:sdt>
    </w:p>
    <w:p w14:paraId="5FF11775" w14:textId="77777777" w:rsidR="00D17C27" w:rsidRPr="002D4A49" w:rsidRDefault="00000000">
      <w:pPr>
        <w:spacing w:after="80"/>
        <w:rPr>
          <w:lang w:val="pt-BR"/>
        </w:rPr>
      </w:pPr>
      <w:r w:rsidRPr="002D4A49">
        <w:rPr>
          <w:lang w:val="pt-BR"/>
        </w:rPr>
        <w:t xml:space="preserve">Orientações para embalagem e segurança </w:t>
      </w:r>
      <w:sdt>
        <w:sdtPr>
          <w:rPr>
            <w:lang w:val="pt-BR"/>
          </w:rPr>
          <w:alias w:val="Orientações para embalagem e segurança"/>
          <w:tag w:val="campo_35"/>
          <w:id w:val="123435"/>
          <w:text/>
        </w:sdtPr>
        <w:sdtContent>
          <w:r w:rsidRPr="002D4A49">
            <w:rPr>
              <w:lang w:val="pt-BR"/>
            </w:rPr>
            <w:t>__________________________________________________________</w:t>
          </w:r>
        </w:sdtContent>
      </w:sdt>
    </w:p>
    <w:p w14:paraId="3F1DD95E" w14:textId="77777777" w:rsidR="00D17C27" w:rsidRPr="002D4A49" w:rsidRDefault="00000000">
      <w:pPr>
        <w:rPr>
          <w:lang w:val="pt-BR"/>
        </w:rPr>
      </w:pPr>
      <w:r w:rsidRPr="002D4A49">
        <w:rPr>
          <w:sz w:val="16"/>
          <w:lang w:val="pt-BR"/>
        </w:rPr>
        <w:t>A abertura do chamado não autoriza o embarque. Não envie material com vazamento ou embalagem insegura.</w:t>
      </w:r>
    </w:p>
    <w:p w14:paraId="7728BA45" w14:textId="77777777" w:rsidR="00D17C27" w:rsidRDefault="00000000">
      <w:pPr>
        <w:spacing w:after="0"/>
        <w:rPr>
          <w:sz w:val="16"/>
          <w:lang w:val="pt-BR"/>
        </w:rPr>
      </w:pPr>
      <w:r w:rsidRPr="002D4A49">
        <w:rPr>
          <w:sz w:val="16"/>
          <w:lang w:val="pt-BR"/>
        </w:rPr>
        <w:t>A Ideal Citrus informará por escrito se o retorno está autorizado para análise ou para troca já aprovada.</w:t>
      </w:r>
    </w:p>
    <w:p w14:paraId="5F6F511C" w14:textId="77777777" w:rsidR="008E49D6" w:rsidRDefault="008E49D6">
      <w:pPr>
        <w:spacing w:after="0"/>
        <w:rPr>
          <w:sz w:val="16"/>
          <w:lang w:val="pt-BR"/>
        </w:rPr>
      </w:pPr>
    </w:p>
    <w:p w14:paraId="08B80609" w14:textId="77777777" w:rsidR="008E49D6" w:rsidRDefault="008E49D6">
      <w:pPr>
        <w:spacing w:after="0"/>
        <w:rPr>
          <w:sz w:val="16"/>
          <w:lang w:val="pt-BR"/>
        </w:rPr>
      </w:pPr>
    </w:p>
    <w:p w14:paraId="4A5B8752" w14:textId="77777777" w:rsidR="008E49D6" w:rsidRDefault="008E49D6" w:rsidP="008E49D6">
      <w:pPr>
        <w:spacing w:after="0"/>
        <w:jc w:val="center"/>
        <w:rPr>
          <w:color w:val="666666"/>
          <w:sz w:val="14"/>
          <w:lang w:val="pt-BR"/>
        </w:rPr>
      </w:pPr>
    </w:p>
    <w:p w14:paraId="341341C4" w14:textId="5677BB5B" w:rsidR="008E49D6" w:rsidRPr="002D4A49" w:rsidRDefault="008E49D6" w:rsidP="008E49D6">
      <w:pPr>
        <w:spacing w:after="0"/>
        <w:jc w:val="center"/>
        <w:rPr>
          <w:lang w:val="pt-BR"/>
        </w:rPr>
      </w:pPr>
      <w:r w:rsidRPr="002D4A49">
        <w:rPr>
          <w:color w:val="666666"/>
          <w:sz w:val="14"/>
          <w:lang w:val="pt-BR"/>
        </w:rPr>
        <w:t xml:space="preserve">FORMULÁRIO DE </w:t>
      </w:r>
      <w:proofErr w:type="gramStart"/>
      <w:r w:rsidRPr="002D4A49">
        <w:rPr>
          <w:color w:val="666666"/>
          <w:sz w:val="14"/>
          <w:lang w:val="pt-BR"/>
        </w:rPr>
        <w:t>OCORRÊNCIA  |</w:t>
      </w:r>
      <w:proofErr w:type="gramEnd"/>
      <w:r w:rsidRPr="002D4A49">
        <w:rPr>
          <w:color w:val="666666"/>
          <w:sz w:val="14"/>
          <w:lang w:val="pt-BR"/>
        </w:rPr>
        <w:t xml:space="preserve">  POLÍTICA PC </w:t>
      </w:r>
      <w:proofErr w:type="gramStart"/>
      <w:r w:rsidRPr="002D4A49">
        <w:rPr>
          <w:color w:val="666666"/>
          <w:sz w:val="14"/>
          <w:lang w:val="pt-BR"/>
        </w:rPr>
        <w:t>001  |</w:t>
      </w:r>
      <w:proofErr w:type="gramEnd"/>
      <w:r w:rsidRPr="002D4A49">
        <w:rPr>
          <w:color w:val="666666"/>
          <w:sz w:val="14"/>
          <w:lang w:val="pt-BR"/>
        </w:rPr>
        <w:t xml:space="preserve">  VERSÃO </w:t>
      </w:r>
      <w:proofErr w:type="gramStart"/>
      <w:r w:rsidRPr="002D4A49">
        <w:rPr>
          <w:color w:val="666666"/>
          <w:sz w:val="14"/>
          <w:lang w:val="pt-BR"/>
        </w:rPr>
        <w:t>1.0  |</w:t>
      </w:r>
      <w:proofErr w:type="gramEnd"/>
      <w:r w:rsidRPr="002D4A49">
        <w:rPr>
          <w:color w:val="666666"/>
          <w:sz w:val="14"/>
          <w:lang w:val="pt-BR"/>
        </w:rPr>
        <w:t xml:space="preserve">  14 SETEMBRO 2026</w:t>
      </w:r>
    </w:p>
    <w:sectPr w:rsidR="008E49D6" w:rsidRPr="002D4A4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91" w:right="864" w:bottom="648" w:left="864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9B97" w14:textId="77777777" w:rsidR="00910131" w:rsidRDefault="00910131">
      <w:pPr>
        <w:spacing w:after="0"/>
      </w:pPr>
      <w:r>
        <w:separator/>
      </w:r>
    </w:p>
  </w:endnote>
  <w:endnote w:type="continuationSeparator" w:id="0">
    <w:p w14:paraId="55A7C59B" w14:textId="77777777" w:rsidR="00910131" w:rsidRDefault="009101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6021" w14:textId="77777777" w:rsidR="008E49D6" w:rsidRDefault="008E49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E1873" w14:textId="2767F586" w:rsidR="00D17C27" w:rsidRPr="002D4A49" w:rsidRDefault="008E49D6">
    <w:pPr>
      <w:pStyle w:val="Rodap"/>
      <w:rPr>
        <w:lang w:val="pt-B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1AE720A" wp14:editId="6D6C414B">
          <wp:simplePos x="0" y="0"/>
          <wp:positionH relativeFrom="column">
            <wp:posOffset>-3810</wp:posOffset>
          </wp:positionH>
          <wp:positionV relativeFrom="paragraph">
            <wp:posOffset>-375285</wp:posOffset>
          </wp:positionV>
          <wp:extent cx="6675120" cy="626110"/>
          <wp:effectExtent l="0" t="0" r="0" b="2540"/>
          <wp:wrapThrough wrapText="bothSides">
            <wp:wrapPolygon edited="0">
              <wp:start x="986" y="0"/>
              <wp:lineTo x="616" y="1972"/>
              <wp:lineTo x="0" y="8544"/>
              <wp:lineTo x="0" y="21030"/>
              <wp:lineTo x="20589" y="21030"/>
              <wp:lineTo x="21514" y="16430"/>
              <wp:lineTo x="21514" y="0"/>
              <wp:lineTo x="986" y="0"/>
            </wp:wrapPolygon>
          </wp:wrapThrough>
          <wp:docPr id="14242911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291154" name="Imagem 14242911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5120" cy="626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EA8A" w14:textId="77777777" w:rsidR="008E49D6" w:rsidRDefault="008E49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A9C7" w14:textId="77777777" w:rsidR="00910131" w:rsidRDefault="00910131">
      <w:pPr>
        <w:spacing w:after="0"/>
      </w:pPr>
      <w:r>
        <w:separator/>
      </w:r>
    </w:p>
  </w:footnote>
  <w:footnote w:type="continuationSeparator" w:id="0">
    <w:p w14:paraId="70FAEEC1" w14:textId="77777777" w:rsidR="00910131" w:rsidRDefault="009101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C682A" w14:textId="726C420E" w:rsidR="008E49D6" w:rsidRDefault="008E49D6">
    <w:pPr>
      <w:pStyle w:val="Cabealho"/>
    </w:pPr>
    <w:r>
      <w:rPr>
        <w:noProof/>
      </w:rPr>
      <w:pict w14:anchorId="3E2F1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7126" o:spid="_x0000_s1026" type="#_x0000_t75" style="position:absolute;margin-left:0;margin-top:0;width:14in;height:1304.6pt;z-index:-251655168;mso-position-horizontal:center;mso-position-horizontal-relative:margin;mso-position-vertical:center;mso-position-vertical-relative:margin" o:allowincell="f">
          <v:imagedata r:id="rId1" o:title="FUND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20E1" w14:textId="2EAD9383" w:rsidR="008E49D6" w:rsidRDefault="008E49D6">
    <w:pPr>
      <w:pStyle w:val="Cabealho"/>
    </w:pPr>
    <w:r>
      <w:rPr>
        <w:noProof/>
      </w:rPr>
      <w:pict w14:anchorId="5400C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7127" o:spid="_x0000_s1027" type="#_x0000_t75" style="position:absolute;margin-left:0;margin-top:0;width:14in;height:1304.6pt;z-index:-251654144;mso-position-horizontal:center;mso-position-horizontal-relative:margin;mso-position-vertical:center;mso-position-vertical-relative:margin" o:allowincell="f">
          <v:imagedata r:id="rId1" o:title="FUNDO"/>
        </v:shape>
      </w:pict>
    </w:r>
    <w:r>
      <w:rPr>
        <w:noProof/>
      </w:rPr>
      <w:drawing>
        <wp:anchor distT="0" distB="0" distL="114300" distR="114300" simplePos="0" relativeHeight="251659264" behindDoc="0" locked="0" layoutInCell="1" allowOverlap="1" wp14:anchorId="7CDF9AC2" wp14:editId="31A18A9B">
          <wp:simplePos x="0" y="0"/>
          <wp:positionH relativeFrom="column">
            <wp:posOffset>5368925</wp:posOffset>
          </wp:positionH>
          <wp:positionV relativeFrom="paragraph">
            <wp:posOffset>-323850</wp:posOffset>
          </wp:positionV>
          <wp:extent cx="1596708" cy="914400"/>
          <wp:effectExtent l="0" t="0" r="0" b="0"/>
          <wp:wrapNone/>
          <wp:docPr id="2047228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22808" name="Imagem 20472280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96708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11E1" w14:textId="1EBA7C7D" w:rsidR="008E49D6" w:rsidRDefault="008E49D6">
    <w:pPr>
      <w:pStyle w:val="Cabealho"/>
    </w:pPr>
    <w:r>
      <w:rPr>
        <w:noProof/>
      </w:rPr>
      <w:pict w14:anchorId="73467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67125" o:spid="_x0000_s1025" type="#_x0000_t75" style="position:absolute;margin-left:0;margin-top:0;width:14in;height:1304.6pt;z-index:-251656192;mso-position-horizontal:center;mso-position-horizontal-relative:margin;mso-position-vertical:center;mso-position-vertical-relative:margin" o:allowincell="f">
          <v:imagedata r:id="rId1" o:title="FUND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420540">
    <w:abstractNumId w:val="8"/>
  </w:num>
  <w:num w:numId="2" w16cid:durableId="2001352136">
    <w:abstractNumId w:val="6"/>
  </w:num>
  <w:num w:numId="3" w16cid:durableId="189420350">
    <w:abstractNumId w:val="5"/>
  </w:num>
  <w:num w:numId="4" w16cid:durableId="1234857715">
    <w:abstractNumId w:val="4"/>
  </w:num>
  <w:num w:numId="5" w16cid:durableId="84109681">
    <w:abstractNumId w:val="7"/>
  </w:num>
  <w:num w:numId="6" w16cid:durableId="1456409949">
    <w:abstractNumId w:val="3"/>
  </w:num>
  <w:num w:numId="7" w16cid:durableId="1600336628">
    <w:abstractNumId w:val="2"/>
  </w:num>
  <w:num w:numId="8" w16cid:durableId="1537159109">
    <w:abstractNumId w:val="1"/>
  </w:num>
  <w:num w:numId="9" w16cid:durableId="181262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4A49"/>
    <w:rsid w:val="00326F90"/>
    <w:rsid w:val="007F3D2F"/>
    <w:rsid w:val="008E49D6"/>
    <w:rsid w:val="00910131"/>
    <w:rsid w:val="00AA1D8D"/>
    <w:rsid w:val="00B47730"/>
    <w:rsid w:val="00C62CC7"/>
    <w:rsid w:val="00CB0664"/>
    <w:rsid w:val="00D17C27"/>
    <w:rsid w:val="00DE2C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099E44"/>
  <w14:defaultImageDpi w14:val="300"/>
  <w15:docId w15:val="{35248343-B72E-4D62-BD56-56907CBE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before="120" w:after="40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/>
      <w:iCs/>
      <w:spacing w:val="15"/>
      <w:sz w:val="22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507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ocorrência - Ideal Citrus do Brasil</dc:title>
  <dc:subject>Solicitação de troca ou devolução</dc:subject>
  <dc:creator>Ideal Citrus do Brasil Ltda</dc:creator>
  <cp:keywords/>
  <dc:description>generated by python-docx</dc:description>
  <cp:lastModifiedBy>Poliana Flores</cp:lastModifiedBy>
  <cp:revision>3</cp:revision>
  <dcterms:created xsi:type="dcterms:W3CDTF">2013-12-23T23:15:00Z</dcterms:created>
  <dcterms:modified xsi:type="dcterms:W3CDTF">2026-10-07T13:44:00Z</dcterms:modified>
  <cp:category/>
</cp:coreProperties>
</file>